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6a5be2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4: אוכלוסייה במרחב משתנה · חוברת קטנה</w:t>
      </w:r>
    </w:p>
    <w:p>
      <w:pPr>
        <w:pStyle w:val="Title"/>
        <w:bidi w:val="1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תושבי העולם: מי אנחנו?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ople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8"/>
          <w:rtl w:val="1"/>
          <w:bCs/>
          <w:szCs w:val="28"/>
        </w:rPr>
        <w:t>שמונה מיליארד אנשים, אלפי שפות ואינספור סיפורים – בואו להכיר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תרבות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הדברים שקבוצה עושה ומאמינה בהם יחד.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אוכל של חג, שירים ולבוש מסורתי.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שפה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המילים שבהן אנשים מדברים זה עם זה.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עברית, ערבית, ספרדית וסינית.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אמונה, תפילות וחגים של קבוצה.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יהדות, נצרות, אסלאם, בודהיזם.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דת מונותיאיסטית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דת שמאמינה באל אחד.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היהדות היא דת כזאת.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לאום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עם שאנשיו מרגישים שייכים זה לזה.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העם היהודי הוא לאום.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תרבותי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 שאנשים בנו ויצרו סביבם.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שוק צבעוני עם שלטים בכמה שפות.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מעמד חברתי-כלכלי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כמה כסף והשכלה יש למשפחה.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הכנסה גבוהה והשכלה גבוהה מול הכנסה נמוכה.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מגוון אנושי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אנשים שונים זה מזה בהרבה דרכים.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בכיתה אחת ילדים מכמה תרבויות.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6"/>
          <w:rtl w:val="1"/>
          <w:bCs/>
          <w:szCs w:val="26"/>
        </w:rPr>
        <w:t>הרבה אנשים, הרבה סיפורים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בעולם גרים יותר משמונה מיליארד אנשים. כל אחד שונה. אבל יש קבוצות שיש להן דברים משותפים. הן מדברות באותה שפה או חוגגות את אותם חגים.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בעולם יש יותר משבעת אלפים שפות! יש גם הרבה דתות. יהדות, נצרות ואסלאם מאמינות באל אחד. יש אנשים שגרים בכפר קטן ויש שגרים בעיר ענקית.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אפשר לראות את ההבדלים בעיניים. יש מבני תפילה, שלטים בשפות שונות ולבוש שונה. כל אלה יוצרים נוף תרבותי. הנוף מספר לנו מי גר במקום.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תרבות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אמונה, תפילות וחגים של קבוצה.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שפה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עם שאנשיו מרגישים שייכים זה לזה.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דת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דת שמאמינה באל אחד.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דת מונותיאיסטית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המילים שבהן אנשים מדברים זה עם זה.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לאום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הדברים שקבוצה עושה ומאמינה בהם יחד.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מעמד חברתי-כלכלי   ·   מגוון אנושי   ·   נוף תרבותי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בכיתה אחת ילדים מכמה תרבויות.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הכנסה גבוהה והשכלה גבוהה מול הכנסה נמוכה.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שוק צבעוני עם שלטים בכמה שפות.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כמה אנשים גרים היום בעולם?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בערך מיליון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יותר משמונה מיליארד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בערך מאה מיליון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מאה מיליארד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איזו דת מאמינה באל אחד?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כל הדתות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אף דת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יהדות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רק דתות חדשות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מה זה נוף תרבותי?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מה שאנשים בנו ויצרו במקום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הרים ונהרות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רק יערות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מזג האוויר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 מהדברים הבאים הוא חלק מתרבות?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גובה ההר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כמות הגשם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צבע השמיים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חגים ומנהגים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איזה שלט מראה מגוון של שפות?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שלט בלי מילים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שלט כתוב בעברית, ערבית ואנגלית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שלט ריק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שלט עם מספר בלבד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בעולם יש רק מאה שפות.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שוק עם אוכל מארצות שונות הוא חלק מנוף תרבותי.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כל האנשים בעולם גרים בערים גדולות.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משפחות במקומות שונים יכולות להיות בגדלים שונים.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כתבו שני דברים שמיוחדים לתרבות של המשפחה שלכם.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במשפחה שלי אנחנו... וגם...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הסתכלו ברחוב שלכם. מה מראה שגרים בו אנשים מתרבויות שונות?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ברחוב שלי ראיתי...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6"/>
          <w:rtl w:val="1"/>
          <w:bCs/>
          <w:szCs w:val="26"/>
        </w:rPr>
        <w:t>🎫 כרטיס יציאה – תושבי העולם: מי אנחנו?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כתבו דבר אחד שהוא חלק מתרבות.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מהי דת מונותיאיסטית?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תנו דוגמה לנוף תרבותי.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תושבי העולם: מי אנחנו?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